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332"/>
      </w:tblGrid>
      <w:tr w:rsidR="0080289A" w:rsidRPr="00A85515" w14:paraId="7AD2E26D" w14:textId="77777777">
        <w:trPr>
          <w:jc w:val="center"/>
        </w:trPr>
        <w:tc>
          <w:tcPr>
            <w:tcW w:w="11332" w:type="dxa"/>
            <w:shd w:val="clear" w:color="auto" w:fill="168A45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F27E08" w14:textId="77777777" w:rsidR="0080289A" w:rsidRPr="00A85515" w:rsidRDefault="00A85515">
            <w:pPr>
              <w:jc w:val="center"/>
              <w:rPr>
                <w:rFonts w:ascii="Century Gothic" w:hAnsi="Century Gothic"/>
              </w:rPr>
            </w:pPr>
            <w:r w:rsidRPr="00A85515">
              <w:rPr>
                <w:rFonts w:ascii="Segoe UI Emoji" w:hAnsi="Segoe UI Emoji" w:cs="Segoe UI Emoji"/>
                <w:b/>
                <w:color w:val="FFFFFF"/>
                <w:sz w:val="44"/>
              </w:rPr>
              <w:t>⚽</w:t>
            </w:r>
            <w:r w:rsidRPr="00A85515">
              <w:rPr>
                <w:rFonts w:ascii="Century Gothic" w:hAnsi="Century Gothic"/>
                <w:b/>
                <w:color w:val="FFFFFF"/>
                <w:sz w:val="44"/>
              </w:rPr>
              <w:t xml:space="preserve">  ELTERN-KIND-TURNIER  </w:t>
            </w:r>
            <w:r w:rsidRPr="00A85515">
              <w:rPr>
                <w:rFonts w:ascii="Segoe UI Emoji" w:hAnsi="Segoe UI Emoji" w:cs="Segoe UI Emoji"/>
                <w:b/>
                <w:color w:val="FFFFFF"/>
                <w:sz w:val="44"/>
              </w:rPr>
              <w:t>⚽</w:t>
            </w:r>
          </w:p>
          <w:p w14:paraId="6CD9CE79" w14:textId="77777777" w:rsidR="0080289A" w:rsidRPr="00A85515" w:rsidRDefault="00A85515">
            <w:pPr>
              <w:jc w:val="center"/>
              <w:rPr>
                <w:rFonts w:ascii="Century Gothic" w:hAnsi="Century Gothic"/>
              </w:rPr>
            </w:pPr>
            <w:r w:rsidRPr="00A85515">
              <w:rPr>
                <w:rFonts w:ascii="Century Gothic" w:hAnsi="Century Gothic"/>
                <w:b/>
                <w:color w:val="FFFFFF"/>
                <w:sz w:val="22"/>
              </w:rPr>
              <w:t>Samstag, 10. Oktober 2026  •  SV Stanz</w:t>
            </w:r>
          </w:p>
        </w:tc>
      </w:tr>
    </w:tbl>
    <w:p w14:paraId="07457426" w14:textId="77777777" w:rsidR="0080289A" w:rsidRPr="00A85515" w:rsidRDefault="00A85515">
      <w:pPr>
        <w:jc w:val="center"/>
        <w:rPr>
          <w:rFonts w:ascii="Century Gothic" w:hAnsi="Century Gothic"/>
          <w:bCs/>
          <w:sz w:val="20"/>
          <w:szCs w:val="20"/>
        </w:rPr>
      </w:pPr>
      <w:r w:rsidRPr="00A85515">
        <w:rPr>
          <w:rFonts w:ascii="Century Gothic" w:hAnsi="Century Gothic"/>
          <w:bCs/>
          <w:color w:val="1E1E1E"/>
          <w:sz w:val="20"/>
          <w:szCs w:val="20"/>
        </w:rPr>
        <w:t xml:space="preserve">21 Erwachsene + ihre Kinder – wir freuen uns auf einen sportlichen Familientag! </w:t>
      </w:r>
      <w:r w:rsidRPr="00A85515">
        <w:rPr>
          <w:rFonts w:ascii="Segoe UI Emoji" w:hAnsi="Segoe UI Emoji" w:cs="Segoe UI Emoji"/>
          <w:bCs/>
          <w:color w:val="1E1E1E"/>
          <w:sz w:val="20"/>
          <w:szCs w:val="20"/>
        </w:rPr>
        <w:t>😊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15"/>
        <w:gridCol w:w="6017"/>
      </w:tblGrid>
      <w:tr w:rsidR="0080289A" w:rsidRPr="00A33D19" w14:paraId="7784D353" w14:textId="77777777" w:rsidTr="00A33D19">
        <w:tc>
          <w:tcPr>
            <w:tcW w:w="531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8595B9" w14:textId="77777777" w:rsidR="0080289A" w:rsidRPr="00A33D19" w:rsidRDefault="0080289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5CD8B5C" w14:textId="77777777" w:rsidR="0080289A" w:rsidRPr="00A33D19" w:rsidRDefault="00A85515">
            <w:pPr>
              <w:spacing w:before="40" w:after="60"/>
              <w:rPr>
                <w:rFonts w:ascii="Century Gothic" w:hAnsi="Century Gothic"/>
                <w:sz w:val="20"/>
                <w:szCs w:val="20"/>
              </w:rPr>
            </w:pPr>
            <w:r w:rsidRPr="00A33D19">
              <w:rPr>
                <w:rFonts w:ascii="Segoe UI Emoji" w:hAnsi="Segoe UI Emoji" w:cs="Segoe UI Emoji"/>
                <w:b/>
                <w:color w:val="168A45"/>
                <w:sz w:val="20"/>
                <w:szCs w:val="20"/>
              </w:rPr>
              <w:t>🕙</w:t>
            </w:r>
            <w:r w:rsidRPr="00A33D19">
              <w:rPr>
                <w:rFonts w:ascii="Century Gothic" w:hAnsi="Century Gothic"/>
                <w:b/>
                <w:color w:val="168A45"/>
                <w:sz w:val="20"/>
                <w:szCs w:val="20"/>
              </w:rPr>
              <w:t xml:space="preserve"> ZEITPLAN</w:t>
            </w:r>
          </w:p>
          <w:tbl>
            <w:tblPr>
              <w:tblW w:w="4962" w:type="dxa"/>
              <w:tblLayout w:type="fixed"/>
              <w:tblLook w:val="04A0" w:firstRow="1" w:lastRow="0" w:firstColumn="1" w:lastColumn="0" w:noHBand="0" w:noVBand="1"/>
            </w:tblPr>
            <w:tblGrid>
              <w:gridCol w:w="1276"/>
              <w:gridCol w:w="3686"/>
            </w:tblGrid>
            <w:tr w:rsidR="0080289A" w:rsidRPr="00A33D19" w14:paraId="0EE101BC" w14:textId="77777777" w:rsidTr="00A33D19">
              <w:trPr>
                <w:trHeight w:val="454"/>
                <w:tblHeader/>
              </w:trPr>
              <w:tc>
                <w:tcPr>
                  <w:tcW w:w="1276" w:type="dxa"/>
                  <w:shd w:val="clear" w:color="auto" w:fill="168A45"/>
                  <w:tcMar>
                    <w:top w:w="55" w:type="dxa"/>
                    <w:left w:w="70" w:type="dxa"/>
                    <w:bottom w:w="55" w:type="dxa"/>
                    <w:right w:w="70" w:type="dxa"/>
                  </w:tcMar>
                  <w:vAlign w:val="center"/>
                </w:tcPr>
                <w:p w14:paraId="29682842" w14:textId="77777777" w:rsidR="0080289A" w:rsidRPr="00A33D19" w:rsidRDefault="00A85515" w:rsidP="00A33D19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A33D19">
                    <w:rPr>
                      <w:rFonts w:ascii="Century Gothic" w:hAnsi="Century Gothic"/>
                      <w:b/>
                      <w:color w:val="FFFFFF"/>
                      <w:sz w:val="20"/>
                      <w:szCs w:val="20"/>
                    </w:rPr>
                    <w:t>ZEIT</w:t>
                  </w:r>
                </w:p>
              </w:tc>
              <w:tc>
                <w:tcPr>
                  <w:tcW w:w="3686" w:type="dxa"/>
                  <w:shd w:val="clear" w:color="auto" w:fill="168A45"/>
                  <w:tcMar>
                    <w:top w:w="55" w:type="dxa"/>
                    <w:left w:w="70" w:type="dxa"/>
                    <w:bottom w:w="55" w:type="dxa"/>
                    <w:right w:w="70" w:type="dxa"/>
                  </w:tcMar>
                  <w:vAlign w:val="center"/>
                </w:tcPr>
                <w:p w14:paraId="1BDD2BAB" w14:textId="77777777" w:rsidR="0080289A" w:rsidRPr="00A33D19" w:rsidRDefault="00A85515" w:rsidP="00A33D19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A33D19">
                    <w:rPr>
                      <w:rFonts w:ascii="Century Gothic" w:hAnsi="Century Gothic"/>
                      <w:b/>
                      <w:color w:val="FFFFFF"/>
                      <w:sz w:val="20"/>
                      <w:szCs w:val="20"/>
                    </w:rPr>
                    <w:t>PROGRAMM</w:t>
                  </w:r>
                </w:p>
              </w:tc>
            </w:tr>
            <w:tr w:rsidR="0080289A" w:rsidRPr="00A33D19" w14:paraId="186BC98D" w14:textId="77777777" w:rsidTr="00A33D19">
              <w:trPr>
                <w:trHeight w:val="454"/>
              </w:trPr>
              <w:tc>
                <w:tcPr>
                  <w:tcW w:w="1276" w:type="dxa"/>
                  <w:shd w:val="clear" w:color="auto" w:fill="EAF6EF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690C4F21" w14:textId="77777777" w:rsidR="0080289A" w:rsidRPr="00A33D19" w:rsidRDefault="00A85515" w:rsidP="00A33D19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A33D19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10:00</w:t>
                  </w:r>
                </w:p>
              </w:tc>
              <w:tc>
                <w:tcPr>
                  <w:tcW w:w="3686" w:type="dxa"/>
                  <w:shd w:val="clear" w:color="auto" w:fill="EAF6EF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184489EB" w14:textId="77777777" w:rsidR="0080289A" w:rsidRPr="00A33D19" w:rsidRDefault="00A85515" w:rsidP="00A33D19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A33D19">
                    <w:rPr>
                      <w:rFonts w:ascii="Century Gothic" w:hAnsi="Century Gothic"/>
                      <w:sz w:val="20"/>
                      <w:szCs w:val="20"/>
                    </w:rPr>
                    <w:t>Eintreffen der Teams</w:t>
                  </w:r>
                </w:p>
              </w:tc>
            </w:tr>
            <w:tr w:rsidR="0080289A" w:rsidRPr="00A33D19" w14:paraId="78C3A862" w14:textId="77777777" w:rsidTr="00A33D19">
              <w:trPr>
                <w:trHeight w:val="454"/>
              </w:trPr>
              <w:tc>
                <w:tcPr>
                  <w:tcW w:w="1276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7A1FDD24" w14:textId="77777777" w:rsidR="0080289A" w:rsidRPr="00A33D19" w:rsidRDefault="00A85515" w:rsidP="00A33D19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A33D19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ca. 10:30</w:t>
                  </w:r>
                </w:p>
              </w:tc>
              <w:tc>
                <w:tcPr>
                  <w:tcW w:w="3686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3373B3C0" w14:textId="77777777" w:rsidR="0080289A" w:rsidRPr="00A33D19" w:rsidRDefault="00A85515" w:rsidP="00A33D19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A33D19">
                    <w:rPr>
                      <w:rFonts w:ascii="Century Gothic" w:hAnsi="Century Gothic"/>
                      <w:sz w:val="20"/>
                      <w:szCs w:val="20"/>
                    </w:rPr>
                    <w:t xml:space="preserve">Ziehung der Teams &amp; </w:t>
                  </w:r>
                  <w:r w:rsidRPr="00A33D19">
                    <w:rPr>
                      <w:rFonts w:ascii="Century Gothic" w:hAnsi="Century Gothic"/>
                      <w:sz w:val="20"/>
                      <w:szCs w:val="20"/>
                    </w:rPr>
                    <w:t>Regelbriefing</w:t>
                  </w:r>
                </w:p>
              </w:tc>
            </w:tr>
            <w:tr w:rsidR="0080289A" w:rsidRPr="00A33D19" w14:paraId="3DC7B928" w14:textId="77777777" w:rsidTr="00A33D19">
              <w:trPr>
                <w:trHeight w:val="454"/>
              </w:trPr>
              <w:tc>
                <w:tcPr>
                  <w:tcW w:w="1276" w:type="dxa"/>
                  <w:shd w:val="clear" w:color="auto" w:fill="EAF6EF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051FBD6D" w14:textId="77777777" w:rsidR="0080289A" w:rsidRPr="00A33D19" w:rsidRDefault="00A85515" w:rsidP="00A33D19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A33D19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10:45</w:t>
                  </w:r>
                </w:p>
              </w:tc>
              <w:tc>
                <w:tcPr>
                  <w:tcW w:w="3686" w:type="dxa"/>
                  <w:shd w:val="clear" w:color="auto" w:fill="EAF6EF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2DB2C1F6" w14:textId="77777777" w:rsidR="0080289A" w:rsidRPr="00A33D19" w:rsidRDefault="00A85515" w:rsidP="00A33D19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A33D19">
                    <w:rPr>
                      <w:rFonts w:ascii="Segoe UI Emoji" w:hAnsi="Segoe UI Emoji" w:cs="Segoe UI Emoji"/>
                      <w:sz w:val="20"/>
                      <w:szCs w:val="20"/>
                    </w:rPr>
                    <w:t>⚽</w:t>
                  </w:r>
                  <w:r w:rsidRPr="00A33D19">
                    <w:rPr>
                      <w:rFonts w:ascii="Century Gothic" w:hAnsi="Century Gothic"/>
                      <w:sz w:val="20"/>
                      <w:szCs w:val="20"/>
                    </w:rPr>
                    <w:t xml:space="preserve"> TURNIERBEGINN</w:t>
                  </w:r>
                </w:p>
              </w:tc>
            </w:tr>
            <w:tr w:rsidR="0080289A" w:rsidRPr="00A33D19" w14:paraId="65EFAF6F" w14:textId="77777777" w:rsidTr="00A33D19">
              <w:trPr>
                <w:trHeight w:val="454"/>
              </w:trPr>
              <w:tc>
                <w:tcPr>
                  <w:tcW w:w="1276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3217159D" w14:textId="77777777" w:rsidR="0080289A" w:rsidRPr="00A33D19" w:rsidRDefault="00A85515" w:rsidP="00A33D19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A33D19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12:15</w:t>
                  </w:r>
                </w:p>
              </w:tc>
              <w:tc>
                <w:tcPr>
                  <w:tcW w:w="3686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3AA4F8F5" w14:textId="77777777" w:rsidR="0080289A" w:rsidRPr="00A33D19" w:rsidRDefault="00A85515" w:rsidP="00A33D19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A33D19">
                    <w:rPr>
                      <w:rFonts w:ascii="Century Gothic" w:hAnsi="Century Gothic"/>
                      <w:sz w:val="20"/>
                      <w:szCs w:val="20"/>
                    </w:rPr>
                    <w:t>Ende der Gruppenspiele</w:t>
                  </w:r>
                </w:p>
              </w:tc>
            </w:tr>
            <w:tr w:rsidR="0080289A" w:rsidRPr="00A33D19" w14:paraId="7C07D9A9" w14:textId="77777777" w:rsidTr="00A33D19">
              <w:trPr>
                <w:trHeight w:val="331"/>
              </w:trPr>
              <w:tc>
                <w:tcPr>
                  <w:tcW w:w="1276" w:type="dxa"/>
                  <w:shd w:val="clear" w:color="auto" w:fill="EAF6EF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372A2CC3" w14:textId="77777777" w:rsidR="0080289A" w:rsidRPr="00A33D19" w:rsidRDefault="00A85515" w:rsidP="00A33D19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A33D19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ca. 12:40</w:t>
                  </w:r>
                </w:p>
              </w:tc>
              <w:tc>
                <w:tcPr>
                  <w:tcW w:w="3686" w:type="dxa"/>
                  <w:shd w:val="clear" w:color="auto" w:fill="EAF6EF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6803FCD8" w14:textId="77777777" w:rsidR="0080289A" w:rsidRPr="00A33D19" w:rsidRDefault="00A85515" w:rsidP="00A33D19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A33D19">
                    <w:rPr>
                      <w:rFonts w:ascii="Century Gothic" w:hAnsi="Century Gothic"/>
                      <w:sz w:val="20"/>
                      <w:szCs w:val="20"/>
                    </w:rPr>
                    <w:t>Spiel um Platz 3</w:t>
                  </w:r>
                </w:p>
              </w:tc>
            </w:tr>
            <w:tr w:rsidR="0080289A" w:rsidRPr="00A33D19" w14:paraId="00C6F2CE" w14:textId="77777777" w:rsidTr="00A33D19">
              <w:trPr>
                <w:trHeight w:val="454"/>
              </w:trPr>
              <w:tc>
                <w:tcPr>
                  <w:tcW w:w="1276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54361783" w14:textId="77777777" w:rsidR="0080289A" w:rsidRPr="00A33D19" w:rsidRDefault="00A85515" w:rsidP="00A33D19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A33D19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12:55</w:t>
                  </w:r>
                </w:p>
              </w:tc>
              <w:tc>
                <w:tcPr>
                  <w:tcW w:w="3686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3A30E4D1" w14:textId="77777777" w:rsidR="0080289A" w:rsidRPr="00A33D19" w:rsidRDefault="00A85515" w:rsidP="00A33D19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A33D19">
                    <w:rPr>
                      <w:rFonts w:ascii="Segoe UI Emoji" w:hAnsi="Segoe UI Emoji" w:cs="Segoe UI Emoji"/>
                      <w:sz w:val="20"/>
                      <w:szCs w:val="20"/>
                    </w:rPr>
                    <w:t>🏆</w:t>
                  </w:r>
                  <w:r w:rsidRPr="00A33D19">
                    <w:rPr>
                      <w:rFonts w:ascii="Century Gothic" w:hAnsi="Century Gothic"/>
                      <w:sz w:val="20"/>
                      <w:szCs w:val="20"/>
                    </w:rPr>
                    <w:t xml:space="preserve"> Finale um Platz 1</w:t>
                  </w:r>
                </w:p>
              </w:tc>
            </w:tr>
            <w:tr w:rsidR="0080289A" w:rsidRPr="00A33D19" w14:paraId="15DB32E4" w14:textId="77777777" w:rsidTr="00A33D19">
              <w:trPr>
                <w:trHeight w:val="454"/>
              </w:trPr>
              <w:tc>
                <w:tcPr>
                  <w:tcW w:w="1276" w:type="dxa"/>
                  <w:shd w:val="clear" w:color="auto" w:fill="EAF6EF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6B5D8A3F" w14:textId="77777777" w:rsidR="0080289A" w:rsidRPr="00A33D19" w:rsidRDefault="00A85515" w:rsidP="00A33D19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A33D19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ca. 13:00</w:t>
                  </w:r>
                </w:p>
              </w:tc>
              <w:tc>
                <w:tcPr>
                  <w:tcW w:w="3686" w:type="dxa"/>
                  <w:shd w:val="clear" w:color="auto" w:fill="EAF6EF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7E8D82AD" w14:textId="77777777" w:rsidR="0080289A" w:rsidRPr="00A33D19" w:rsidRDefault="00A85515" w:rsidP="00A33D19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A33D19">
                    <w:rPr>
                      <w:rFonts w:ascii="Segoe UI Emoji" w:hAnsi="Segoe UI Emoji" w:cs="Segoe UI Emoji"/>
                      <w:sz w:val="20"/>
                      <w:szCs w:val="20"/>
                    </w:rPr>
                    <w:t>🥅</w:t>
                  </w:r>
                  <w:r w:rsidRPr="00A33D19">
                    <w:rPr>
                      <w:rFonts w:ascii="Century Gothic" w:hAnsi="Century Gothic"/>
                      <w:sz w:val="20"/>
                      <w:szCs w:val="20"/>
                    </w:rPr>
                    <w:t xml:space="preserve"> Siebenmeterschießen der Kinder</w:t>
                  </w:r>
                </w:p>
              </w:tc>
            </w:tr>
            <w:tr w:rsidR="0080289A" w:rsidRPr="00A33D19" w14:paraId="3D0E10C8" w14:textId="77777777" w:rsidTr="00A33D19">
              <w:trPr>
                <w:trHeight w:val="454"/>
              </w:trPr>
              <w:tc>
                <w:tcPr>
                  <w:tcW w:w="1276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153C1B0A" w14:textId="77777777" w:rsidR="0080289A" w:rsidRPr="00A33D19" w:rsidRDefault="00A85515" w:rsidP="00A33D19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A33D19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ca. 13:20</w:t>
                  </w:r>
                </w:p>
              </w:tc>
              <w:tc>
                <w:tcPr>
                  <w:tcW w:w="3686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3DE609AD" w14:textId="77777777" w:rsidR="0080289A" w:rsidRPr="00A33D19" w:rsidRDefault="00A85515" w:rsidP="00A33D19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A33D19">
                    <w:rPr>
                      <w:rFonts w:ascii="Century Gothic" w:hAnsi="Century Gothic"/>
                      <w:sz w:val="20"/>
                      <w:szCs w:val="20"/>
                    </w:rPr>
                    <w:t>Siegerehrung</w:t>
                  </w:r>
                </w:p>
              </w:tc>
            </w:tr>
            <w:tr w:rsidR="0080289A" w:rsidRPr="00A33D19" w14:paraId="42EA43D3" w14:textId="77777777" w:rsidTr="00A33D19">
              <w:trPr>
                <w:trHeight w:val="454"/>
              </w:trPr>
              <w:tc>
                <w:tcPr>
                  <w:tcW w:w="1276" w:type="dxa"/>
                  <w:shd w:val="clear" w:color="auto" w:fill="EAF6EF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5FA6A7D0" w14:textId="77777777" w:rsidR="0080289A" w:rsidRPr="00A33D19" w:rsidRDefault="00A85515" w:rsidP="00A33D19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A33D19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danach</w:t>
                  </w:r>
                </w:p>
              </w:tc>
              <w:tc>
                <w:tcPr>
                  <w:tcW w:w="3686" w:type="dxa"/>
                  <w:shd w:val="clear" w:color="auto" w:fill="EAF6EF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1780CAA1" w14:textId="77777777" w:rsidR="0080289A" w:rsidRPr="00A33D19" w:rsidRDefault="00A85515" w:rsidP="00A33D19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A33D19">
                    <w:rPr>
                      <w:rFonts w:ascii="Century Gothic" w:hAnsi="Century Gothic"/>
                      <w:sz w:val="20"/>
                      <w:szCs w:val="20"/>
                    </w:rPr>
                    <w:t>Gemütliches Beisammensein</w:t>
                  </w:r>
                </w:p>
              </w:tc>
            </w:tr>
          </w:tbl>
          <w:p w14:paraId="3038DE7A" w14:textId="77777777" w:rsidR="0080289A" w:rsidRPr="00A33D19" w:rsidRDefault="0080289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0BBCC95" w14:textId="77777777" w:rsidR="0080289A" w:rsidRPr="00A33D19" w:rsidRDefault="00A85515">
            <w:pPr>
              <w:spacing w:before="40" w:after="60"/>
              <w:rPr>
                <w:rFonts w:ascii="Century Gothic" w:hAnsi="Century Gothic"/>
                <w:sz w:val="20"/>
                <w:szCs w:val="20"/>
              </w:rPr>
            </w:pPr>
            <w:r w:rsidRPr="00A33D19">
              <w:rPr>
                <w:rFonts w:ascii="Segoe UI Emoji" w:hAnsi="Segoe UI Emoji" w:cs="Segoe UI Emoji"/>
                <w:b/>
                <w:color w:val="168A45"/>
                <w:sz w:val="20"/>
                <w:szCs w:val="20"/>
              </w:rPr>
              <w:t>📋</w:t>
            </w:r>
            <w:r w:rsidRPr="00A33D19">
              <w:rPr>
                <w:rFonts w:ascii="Century Gothic" w:hAnsi="Century Gothic"/>
                <w:b/>
                <w:color w:val="168A45"/>
                <w:sz w:val="20"/>
                <w:szCs w:val="20"/>
              </w:rPr>
              <w:t xml:space="preserve"> SPIELREGELN</w:t>
            </w:r>
          </w:p>
          <w:p w14:paraId="0FA436F0" w14:textId="77777777" w:rsidR="0080289A" w:rsidRPr="00A33D19" w:rsidRDefault="00A85515">
            <w:pPr>
              <w:spacing w:after="20"/>
              <w:ind w:left="85"/>
              <w:rPr>
                <w:rFonts w:ascii="Century Gothic" w:hAnsi="Century Gothic"/>
                <w:sz w:val="20"/>
                <w:szCs w:val="20"/>
              </w:rPr>
            </w:pPr>
            <w:r w:rsidRPr="00A33D19">
              <w:rPr>
                <w:rFonts w:ascii="Century Gothic" w:hAnsi="Century Gothic"/>
                <w:sz w:val="20"/>
                <w:szCs w:val="20"/>
              </w:rPr>
              <w:t xml:space="preserve">• 1 × 8 </w:t>
            </w:r>
            <w:r w:rsidRPr="00A33D19">
              <w:rPr>
                <w:rFonts w:ascii="Century Gothic" w:hAnsi="Century Gothic"/>
                <w:sz w:val="20"/>
                <w:szCs w:val="20"/>
              </w:rPr>
              <w:t>Minuten pro Gruppenspiel – ohne Wechsel.</w:t>
            </w:r>
          </w:p>
          <w:p w14:paraId="29DC619E" w14:textId="77777777" w:rsidR="0080289A" w:rsidRPr="00A33D19" w:rsidRDefault="00A85515">
            <w:pPr>
              <w:spacing w:after="20"/>
              <w:ind w:left="85"/>
              <w:rPr>
                <w:rFonts w:ascii="Century Gothic" w:hAnsi="Century Gothic"/>
                <w:sz w:val="20"/>
                <w:szCs w:val="20"/>
              </w:rPr>
            </w:pPr>
            <w:r w:rsidRPr="00A33D19">
              <w:rPr>
                <w:rFonts w:ascii="Century Gothic" w:hAnsi="Century Gothic"/>
                <w:sz w:val="20"/>
                <w:szCs w:val="20"/>
              </w:rPr>
              <w:t>• 2 Minuten Wechselzeit zwischen den Spielen.</w:t>
            </w:r>
          </w:p>
          <w:p w14:paraId="0699A85E" w14:textId="77777777" w:rsidR="0080289A" w:rsidRPr="00A33D19" w:rsidRDefault="00A85515">
            <w:pPr>
              <w:spacing w:after="20"/>
              <w:ind w:left="85"/>
              <w:rPr>
                <w:rFonts w:ascii="Century Gothic" w:hAnsi="Century Gothic"/>
                <w:sz w:val="20"/>
                <w:szCs w:val="20"/>
              </w:rPr>
            </w:pPr>
            <w:r w:rsidRPr="00A33D19">
              <w:rPr>
                <w:rFonts w:ascii="Century Gothic" w:hAnsi="Century Gothic"/>
                <w:sz w:val="20"/>
                <w:szCs w:val="20"/>
              </w:rPr>
              <w:t>• Eckbälle werden normal geschossen.</w:t>
            </w:r>
          </w:p>
          <w:p w14:paraId="4FDCD9F1" w14:textId="77777777" w:rsidR="0080289A" w:rsidRPr="00A33D19" w:rsidRDefault="00A85515">
            <w:pPr>
              <w:spacing w:after="20"/>
              <w:ind w:left="85"/>
              <w:rPr>
                <w:rFonts w:ascii="Century Gothic" w:hAnsi="Century Gothic"/>
                <w:sz w:val="20"/>
                <w:szCs w:val="20"/>
              </w:rPr>
            </w:pPr>
            <w:r w:rsidRPr="00A33D19">
              <w:rPr>
                <w:rFonts w:ascii="Century Gothic" w:hAnsi="Century Gothic"/>
                <w:sz w:val="20"/>
                <w:szCs w:val="20"/>
              </w:rPr>
              <w:t>• Einwürfe werden mit dem Fuß ins Feld gespielt.</w:t>
            </w:r>
          </w:p>
          <w:p w14:paraId="66A1CA71" w14:textId="77777777" w:rsidR="0080289A" w:rsidRPr="00A33D19" w:rsidRDefault="00A85515">
            <w:pPr>
              <w:spacing w:after="20"/>
              <w:ind w:left="85"/>
              <w:rPr>
                <w:rFonts w:ascii="Century Gothic" w:hAnsi="Century Gothic"/>
                <w:sz w:val="20"/>
                <w:szCs w:val="20"/>
              </w:rPr>
            </w:pPr>
            <w:r w:rsidRPr="00A33D19">
              <w:rPr>
                <w:rFonts w:ascii="Century Gothic" w:hAnsi="Century Gothic"/>
                <w:sz w:val="20"/>
                <w:szCs w:val="20"/>
              </w:rPr>
              <w:t>• Kein Abseits – Rückpass zum Tormann ist erlaubt.</w:t>
            </w:r>
          </w:p>
          <w:p w14:paraId="67E02D5C" w14:textId="77777777" w:rsidR="0080289A" w:rsidRPr="00A33D19" w:rsidRDefault="00A85515">
            <w:pPr>
              <w:spacing w:after="20"/>
              <w:ind w:left="85"/>
              <w:rPr>
                <w:rFonts w:ascii="Century Gothic" w:hAnsi="Century Gothic"/>
                <w:sz w:val="20"/>
                <w:szCs w:val="20"/>
              </w:rPr>
            </w:pPr>
            <w:r w:rsidRPr="00A33D19">
              <w:rPr>
                <w:rFonts w:ascii="Century Gothic" w:hAnsi="Century Gothic"/>
                <w:sz w:val="20"/>
                <w:szCs w:val="20"/>
              </w:rPr>
              <w:t>• Jedes Spiel wird von einem Sch</w:t>
            </w:r>
            <w:r w:rsidRPr="00A33D19">
              <w:rPr>
                <w:rFonts w:ascii="Century Gothic" w:hAnsi="Century Gothic"/>
                <w:sz w:val="20"/>
                <w:szCs w:val="20"/>
              </w:rPr>
              <w:t>iedsrichter geleitet.</w:t>
            </w:r>
          </w:p>
          <w:p w14:paraId="1E391A3C" w14:textId="77777777" w:rsidR="0080289A" w:rsidRPr="00A33D19" w:rsidRDefault="00A85515">
            <w:pPr>
              <w:spacing w:after="20"/>
              <w:ind w:left="85"/>
              <w:rPr>
                <w:rFonts w:ascii="Century Gothic" w:hAnsi="Century Gothic"/>
                <w:sz w:val="20"/>
                <w:szCs w:val="20"/>
              </w:rPr>
            </w:pPr>
            <w:r w:rsidRPr="00A33D19">
              <w:rPr>
                <w:rFonts w:ascii="Century Gothic" w:hAnsi="Century Gothic"/>
                <w:sz w:val="20"/>
                <w:szCs w:val="20"/>
              </w:rPr>
              <w:t>• Fair Play und Rücksichtnahme stehen im Mittelpunkt!</w:t>
            </w:r>
          </w:p>
        </w:tc>
        <w:tc>
          <w:tcPr>
            <w:tcW w:w="601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B03449" w14:textId="77777777" w:rsidR="0080289A" w:rsidRPr="00A33D19" w:rsidRDefault="0080289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5D288BE" w14:textId="77777777" w:rsidR="0080289A" w:rsidRPr="00A33D19" w:rsidRDefault="00A85515">
            <w:pPr>
              <w:spacing w:before="40" w:after="60"/>
              <w:rPr>
                <w:rFonts w:ascii="Century Gothic" w:hAnsi="Century Gothic"/>
                <w:sz w:val="20"/>
                <w:szCs w:val="20"/>
              </w:rPr>
            </w:pPr>
            <w:r w:rsidRPr="00A33D19">
              <w:rPr>
                <w:rFonts w:ascii="Segoe UI Emoji" w:hAnsi="Segoe UI Emoji" w:cs="Segoe UI Emoji"/>
                <w:b/>
                <w:color w:val="168A45"/>
                <w:sz w:val="20"/>
                <w:szCs w:val="20"/>
              </w:rPr>
              <w:t>🎲</w:t>
            </w:r>
            <w:r w:rsidRPr="00A33D19">
              <w:rPr>
                <w:rFonts w:ascii="Century Gothic" w:hAnsi="Century Gothic"/>
                <w:b/>
                <w:color w:val="168A45"/>
                <w:sz w:val="20"/>
                <w:szCs w:val="20"/>
              </w:rPr>
              <w:t xml:space="preserve"> TEAMZIEHUNG</w:t>
            </w:r>
          </w:p>
          <w:p w14:paraId="28D4D204" w14:textId="77777777" w:rsidR="0080289A" w:rsidRPr="00A33D19" w:rsidRDefault="00A85515">
            <w:pPr>
              <w:spacing w:after="80"/>
              <w:rPr>
                <w:rFonts w:ascii="Century Gothic" w:hAnsi="Century Gothic"/>
                <w:sz w:val="20"/>
                <w:szCs w:val="20"/>
              </w:rPr>
            </w:pPr>
            <w:r w:rsidRPr="00A33D19">
              <w:rPr>
                <w:rFonts w:ascii="Century Gothic" w:hAnsi="Century Gothic"/>
                <w:sz w:val="20"/>
                <w:szCs w:val="20"/>
              </w:rPr>
              <w:t>Jedes Kind zieht einen Teamnamen aus dem Topf. So werden die Mannschaften zufällig zusammengestellt – jeweils mit vier Eltern-Kind-Paaren.</w:t>
            </w:r>
          </w:p>
          <w:p w14:paraId="0789BA00" w14:textId="77777777" w:rsidR="0080289A" w:rsidRPr="00A33D19" w:rsidRDefault="00A85515">
            <w:pPr>
              <w:spacing w:after="100"/>
              <w:rPr>
                <w:rFonts w:ascii="Century Gothic" w:hAnsi="Century Gothic"/>
                <w:sz w:val="20"/>
                <w:szCs w:val="20"/>
              </w:rPr>
            </w:pPr>
            <w:r w:rsidRPr="00A33D19">
              <w:rPr>
                <w:rFonts w:ascii="Segoe UI Emoji" w:hAnsi="Segoe UI Emoji" w:cs="Segoe UI Emoji"/>
                <w:sz w:val="20"/>
                <w:szCs w:val="20"/>
              </w:rPr>
              <w:t>👨</w:t>
            </w:r>
            <w:r w:rsidRPr="00A33D19">
              <w:rPr>
                <w:rFonts w:ascii="Arial" w:hAnsi="Arial" w:cs="Arial"/>
                <w:sz w:val="20"/>
                <w:szCs w:val="20"/>
              </w:rPr>
              <w:t>‍</w:t>
            </w:r>
            <w:r w:rsidRPr="00A33D19">
              <w:rPr>
                <w:rFonts w:ascii="Segoe UI Emoji" w:hAnsi="Segoe UI Emoji" w:cs="Segoe UI Emoji"/>
                <w:sz w:val="20"/>
                <w:szCs w:val="20"/>
              </w:rPr>
              <w:t>👩</w:t>
            </w:r>
            <w:r w:rsidRPr="00A33D19">
              <w:rPr>
                <w:rFonts w:ascii="Arial" w:hAnsi="Arial" w:cs="Arial"/>
                <w:sz w:val="20"/>
                <w:szCs w:val="20"/>
              </w:rPr>
              <w:t>‍</w:t>
            </w:r>
            <w:r w:rsidRPr="00A33D19">
              <w:rPr>
                <w:rFonts w:ascii="Segoe UI Emoji" w:hAnsi="Segoe UI Emoji" w:cs="Segoe UI Emoji"/>
                <w:sz w:val="20"/>
                <w:szCs w:val="20"/>
              </w:rPr>
              <w:t>👧</w:t>
            </w:r>
            <w:r w:rsidRPr="00A33D19">
              <w:rPr>
                <w:rFonts w:ascii="Arial" w:hAnsi="Arial" w:cs="Arial"/>
                <w:sz w:val="20"/>
                <w:szCs w:val="20"/>
              </w:rPr>
              <w:t>‍</w:t>
            </w:r>
            <w:r w:rsidRPr="00A33D19">
              <w:rPr>
                <w:rFonts w:ascii="Segoe UI Emoji" w:hAnsi="Segoe UI Emoji" w:cs="Segoe UI Emoji"/>
                <w:sz w:val="20"/>
                <w:szCs w:val="20"/>
              </w:rPr>
              <w:t>👦</w:t>
            </w:r>
            <w:r w:rsidRPr="00A33D19">
              <w:rPr>
                <w:rFonts w:ascii="Century Gothic" w:hAnsi="Century Gothic"/>
                <w:sz w:val="20"/>
                <w:szCs w:val="20"/>
              </w:rPr>
              <w:t xml:space="preserve"> Ist ein Elter</w:t>
            </w:r>
            <w:r w:rsidRPr="00A33D19">
              <w:rPr>
                <w:rFonts w:ascii="Century Gothic" w:hAnsi="Century Gothic"/>
                <w:sz w:val="20"/>
                <w:szCs w:val="20"/>
              </w:rPr>
              <w:t>nteil mit zwei Kindern angemeldet, spielt es mit beiden Kindern. Dadurch kann ein Team ausnahmsweise um ein Kind größer sein.</w:t>
            </w:r>
          </w:p>
          <w:p w14:paraId="49B13D9C" w14:textId="77777777" w:rsidR="0080289A" w:rsidRPr="00A33D19" w:rsidRDefault="00A85515">
            <w:pPr>
              <w:spacing w:before="40" w:after="60"/>
              <w:rPr>
                <w:rFonts w:ascii="Century Gothic" w:hAnsi="Century Gothic"/>
                <w:sz w:val="20"/>
                <w:szCs w:val="20"/>
              </w:rPr>
            </w:pPr>
            <w:r w:rsidRPr="00A33D19">
              <w:rPr>
                <w:rFonts w:ascii="Segoe UI Emoji" w:hAnsi="Segoe UI Emoji" w:cs="Segoe UI Emoji"/>
                <w:b/>
                <w:color w:val="168A45"/>
                <w:sz w:val="20"/>
                <w:szCs w:val="20"/>
              </w:rPr>
              <w:t>👕</w:t>
            </w:r>
            <w:r w:rsidRPr="00A33D19">
              <w:rPr>
                <w:rFonts w:ascii="Century Gothic" w:hAnsi="Century Gothic"/>
                <w:b/>
                <w:color w:val="168A45"/>
                <w:sz w:val="20"/>
                <w:szCs w:val="20"/>
              </w:rPr>
              <w:t xml:space="preserve"> AUSRÜSTUNG</w:t>
            </w:r>
          </w:p>
          <w:p w14:paraId="2F955893" w14:textId="77777777" w:rsidR="0080289A" w:rsidRPr="00A33D19" w:rsidRDefault="00A85515">
            <w:pPr>
              <w:spacing w:after="20"/>
              <w:rPr>
                <w:rFonts w:ascii="Century Gothic" w:hAnsi="Century Gothic"/>
                <w:sz w:val="20"/>
                <w:szCs w:val="20"/>
              </w:rPr>
            </w:pPr>
            <w:r w:rsidRPr="00A33D19">
              <w:rPr>
                <w:rFonts w:ascii="Century Gothic" w:hAnsi="Century Gothic"/>
                <w:sz w:val="20"/>
                <w:szCs w:val="20"/>
              </w:rPr>
              <w:t>• Signalleibchen werden vom SV Stanz bereitgestellt.</w:t>
            </w:r>
          </w:p>
          <w:p w14:paraId="0F73BD26" w14:textId="77777777" w:rsidR="0080289A" w:rsidRPr="00A33D19" w:rsidRDefault="00A85515">
            <w:pPr>
              <w:spacing w:after="20"/>
              <w:rPr>
                <w:rFonts w:ascii="Century Gothic" w:hAnsi="Century Gothic"/>
                <w:sz w:val="20"/>
                <w:szCs w:val="20"/>
              </w:rPr>
            </w:pPr>
            <w:r w:rsidRPr="00A33D19">
              <w:rPr>
                <w:rFonts w:ascii="Century Gothic" w:hAnsi="Century Gothic"/>
                <w:sz w:val="20"/>
                <w:szCs w:val="20"/>
              </w:rPr>
              <w:t>• Fußballschuhe sind erlaubt – der Rasen kann am Vormittag nass</w:t>
            </w:r>
            <w:r w:rsidRPr="00A33D19">
              <w:rPr>
                <w:rFonts w:ascii="Century Gothic" w:hAnsi="Century Gothic"/>
                <w:sz w:val="20"/>
                <w:szCs w:val="20"/>
              </w:rPr>
              <w:t xml:space="preserve"> sein.</w:t>
            </w:r>
          </w:p>
          <w:p w14:paraId="662C01B1" w14:textId="77777777" w:rsidR="0080289A" w:rsidRPr="00A33D19" w:rsidRDefault="00A85515">
            <w:pPr>
              <w:spacing w:after="20"/>
              <w:rPr>
                <w:rFonts w:ascii="Century Gothic" w:hAnsi="Century Gothic"/>
                <w:sz w:val="20"/>
                <w:szCs w:val="20"/>
              </w:rPr>
            </w:pPr>
            <w:r w:rsidRPr="00A33D19">
              <w:rPr>
                <w:rFonts w:ascii="Century Gothic" w:hAnsi="Century Gothic"/>
                <w:sz w:val="20"/>
                <w:szCs w:val="20"/>
              </w:rPr>
              <w:t>• Jedes Team bestimmt selbst den Tormann.</w:t>
            </w:r>
          </w:p>
          <w:p w14:paraId="4149C78E" w14:textId="77777777" w:rsidR="0080289A" w:rsidRPr="00A33D19" w:rsidRDefault="00A85515">
            <w:pPr>
              <w:spacing w:after="20"/>
              <w:rPr>
                <w:rFonts w:ascii="Century Gothic" w:hAnsi="Century Gothic"/>
                <w:sz w:val="20"/>
                <w:szCs w:val="20"/>
              </w:rPr>
            </w:pPr>
            <w:r w:rsidRPr="00A33D19">
              <w:rPr>
                <w:rFonts w:ascii="Century Gothic" w:hAnsi="Century Gothic"/>
                <w:sz w:val="20"/>
                <w:szCs w:val="20"/>
              </w:rPr>
              <w:t>• Tormannhandschuhe bitte möglichst selbst mitbringen – Ersatzhandschuhe stellt der SV Stanz bereit.</w:t>
            </w:r>
          </w:p>
          <w:p w14:paraId="46796DC6" w14:textId="77777777" w:rsidR="0080289A" w:rsidRPr="00A33D19" w:rsidRDefault="00A85515">
            <w:pPr>
              <w:spacing w:before="40" w:after="60"/>
              <w:rPr>
                <w:rFonts w:ascii="Century Gothic" w:hAnsi="Century Gothic"/>
                <w:sz w:val="20"/>
                <w:szCs w:val="20"/>
              </w:rPr>
            </w:pPr>
            <w:r w:rsidRPr="00A33D19">
              <w:rPr>
                <w:rFonts w:ascii="Segoe UI Emoji" w:hAnsi="Segoe UI Emoji" w:cs="Segoe UI Emoji"/>
                <w:b/>
                <w:color w:val="168A45"/>
                <w:sz w:val="20"/>
                <w:szCs w:val="20"/>
              </w:rPr>
              <w:t>🏆</w:t>
            </w:r>
            <w:r w:rsidRPr="00A33D19">
              <w:rPr>
                <w:rFonts w:ascii="Century Gothic" w:hAnsi="Century Gothic"/>
                <w:b/>
                <w:color w:val="168A45"/>
                <w:sz w:val="20"/>
                <w:szCs w:val="20"/>
              </w:rPr>
              <w:t xml:space="preserve"> SIEBENMETER-CHALLENGE</w:t>
            </w:r>
          </w:p>
          <w:p w14:paraId="3B7520F1" w14:textId="77777777" w:rsidR="0080289A" w:rsidRPr="00A33D19" w:rsidRDefault="00A85515">
            <w:pPr>
              <w:spacing w:after="80"/>
              <w:rPr>
                <w:rFonts w:ascii="Century Gothic" w:hAnsi="Century Gothic"/>
                <w:sz w:val="20"/>
                <w:szCs w:val="20"/>
              </w:rPr>
            </w:pPr>
            <w:r w:rsidRPr="00A33D19">
              <w:rPr>
                <w:rFonts w:ascii="Century Gothic" w:hAnsi="Century Gothic"/>
                <w:sz w:val="20"/>
                <w:szCs w:val="20"/>
              </w:rPr>
              <w:t xml:space="preserve">Alle Kinder schießen gegen Lehrer Egon. Treffer = nächste Runde, kein </w:t>
            </w:r>
            <w:r w:rsidRPr="00A33D19">
              <w:rPr>
                <w:rFonts w:ascii="Century Gothic" w:hAnsi="Century Gothic"/>
                <w:sz w:val="20"/>
                <w:szCs w:val="20"/>
              </w:rPr>
              <w:t>Treffer = ausgeschieden. Der Sieger bzw. die Siegerin darf den Wanderpokal bis zum Ende des Schuljahres mit nach Hause nehmen.</w:t>
            </w:r>
          </w:p>
          <w:p w14:paraId="177D997E" w14:textId="77777777" w:rsidR="0080289A" w:rsidRPr="00A33D19" w:rsidRDefault="00A85515">
            <w:pPr>
              <w:spacing w:before="40" w:after="60"/>
              <w:rPr>
                <w:rFonts w:ascii="Century Gothic" w:hAnsi="Century Gothic"/>
                <w:sz w:val="20"/>
                <w:szCs w:val="20"/>
              </w:rPr>
            </w:pPr>
            <w:r w:rsidRPr="00A33D19">
              <w:rPr>
                <w:rFonts w:ascii="Segoe UI Emoji" w:hAnsi="Segoe UI Emoji" w:cs="Segoe UI Emoji"/>
                <w:b/>
                <w:color w:val="168A45"/>
                <w:sz w:val="20"/>
                <w:szCs w:val="20"/>
              </w:rPr>
              <w:t>🍟</w:t>
            </w:r>
            <w:r w:rsidRPr="00A33D19">
              <w:rPr>
                <w:rFonts w:ascii="Century Gothic" w:hAnsi="Century Gothic"/>
                <w:b/>
                <w:color w:val="168A45"/>
                <w:sz w:val="20"/>
                <w:szCs w:val="20"/>
              </w:rPr>
              <w:t xml:space="preserve"> VERKÖSTIGUNG</w:t>
            </w:r>
          </w:p>
          <w:p w14:paraId="48762561" w14:textId="77777777" w:rsidR="0080289A" w:rsidRPr="00A33D19" w:rsidRDefault="00A85515">
            <w:pPr>
              <w:spacing w:after="80"/>
              <w:rPr>
                <w:rFonts w:ascii="Century Gothic" w:hAnsi="Century Gothic"/>
                <w:sz w:val="20"/>
                <w:szCs w:val="20"/>
              </w:rPr>
            </w:pPr>
            <w:r w:rsidRPr="00A33D19">
              <w:rPr>
                <w:rFonts w:ascii="Century Gothic" w:hAnsi="Century Gothic"/>
                <w:sz w:val="20"/>
                <w:szCs w:val="20"/>
              </w:rPr>
              <w:t xml:space="preserve">Der SV Stanz bietet Schnitzel mit Pommes, Pommes, Hot Dogs und Getränke an. Wir freuen uns, wenn auch viele Fans </w:t>
            </w:r>
            <w:r w:rsidRPr="00A33D19">
              <w:rPr>
                <w:rFonts w:ascii="Century Gothic" w:hAnsi="Century Gothic"/>
                <w:sz w:val="20"/>
                <w:szCs w:val="20"/>
              </w:rPr>
              <w:t xml:space="preserve">dieses Angebot nutzen! </w:t>
            </w:r>
            <w:r w:rsidRPr="00A33D19">
              <w:rPr>
                <w:rFonts w:ascii="Segoe UI Emoji" w:hAnsi="Segoe UI Emoji" w:cs="Segoe UI Emoji"/>
                <w:sz w:val="20"/>
                <w:szCs w:val="20"/>
              </w:rPr>
              <w:t>😊</w:t>
            </w:r>
          </w:p>
        </w:tc>
      </w:tr>
    </w:tbl>
    <w:p w14:paraId="3DAC163B" w14:textId="691F43A8" w:rsidR="0080289A" w:rsidRPr="00A33D19" w:rsidRDefault="00A85515">
      <w:pPr>
        <w:spacing w:before="60"/>
        <w:jc w:val="center"/>
        <w:rPr>
          <w:rFonts w:ascii="Century Gothic" w:hAnsi="Century Gothic"/>
          <w:sz w:val="24"/>
          <w:szCs w:val="24"/>
        </w:rPr>
      </w:pPr>
      <w:r w:rsidRPr="00A33D19">
        <w:rPr>
          <w:rFonts w:ascii="Segoe UI Emoji" w:hAnsi="Segoe UI Emoji" w:cs="Segoe UI Emoji"/>
          <w:b/>
          <w:color w:val="AA2828"/>
          <w:sz w:val="24"/>
          <w:szCs w:val="24"/>
        </w:rPr>
        <w:t>🌧</w:t>
      </w:r>
      <w:r w:rsidRPr="00A33D19">
        <w:rPr>
          <w:rFonts w:ascii="Century Gothic" w:hAnsi="Century Gothic"/>
          <w:b/>
          <w:color w:val="AA2828"/>
          <w:sz w:val="24"/>
          <w:szCs w:val="24"/>
        </w:rPr>
        <w:t>️</w:t>
      </w:r>
      <w:r w:rsidRPr="00A33D19">
        <w:rPr>
          <w:rFonts w:ascii="Century Gothic" w:hAnsi="Century Gothic"/>
          <w:b/>
          <w:color w:val="AA2828"/>
          <w:sz w:val="24"/>
          <w:szCs w:val="24"/>
        </w:rPr>
        <w:t xml:space="preserve"> Bei </w:t>
      </w:r>
      <w:r w:rsidRPr="00A33D19">
        <w:rPr>
          <w:rFonts w:ascii="Century Gothic" w:hAnsi="Century Gothic"/>
          <w:b/>
          <w:color w:val="AA2828"/>
          <w:sz w:val="24"/>
          <w:szCs w:val="24"/>
        </w:rPr>
        <w:t xml:space="preserve">Regen muss das </w:t>
      </w:r>
      <w:proofErr w:type="spellStart"/>
      <w:r w:rsidR="00A33D19" w:rsidRPr="00A33D19">
        <w:rPr>
          <w:rFonts w:ascii="Century Gothic" w:hAnsi="Century Gothic"/>
          <w:b/>
          <w:color w:val="AA2828"/>
          <w:sz w:val="24"/>
          <w:szCs w:val="24"/>
        </w:rPr>
        <w:t>Turnier</w:t>
      </w:r>
      <w:proofErr w:type="spellEnd"/>
      <w:r w:rsidR="00A33D19" w:rsidRPr="00A33D19">
        <w:rPr>
          <w:rFonts w:ascii="Century Gothic" w:hAnsi="Century Gothic"/>
          <w:b/>
          <w:color w:val="AA2828"/>
          <w:sz w:val="24"/>
          <w:szCs w:val="24"/>
        </w:rPr>
        <w:t xml:space="preserve"> </w:t>
      </w:r>
      <w:proofErr w:type="spellStart"/>
      <w:r w:rsidRPr="00A33D19">
        <w:rPr>
          <w:rFonts w:ascii="Century Gothic" w:hAnsi="Century Gothic"/>
          <w:b/>
          <w:color w:val="AA2828"/>
          <w:sz w:val="24"/>
          <w:szCs w:val="24"/>
        </w:rPr>
        <w:t>leider</w:t>
      </w:r>
      <w:proofErr w:type="spellEnd"/>
      <w:r w:rsidRPr="00A33D19">
        <w:rPr>
          <w:rFonts w:ascii="Century Gothic" w:hAnsi="Century Gothic"/>
          <w:b/>
          <w:color w:val="AA2828"/>
          <w:sz w:val="24"/>
          <w:szCs w:val="24"/>
        </w:rPr>
        <w:t xml:space="preserve"> </w:t>
      </w:r>
      <w:proofErr w:type="spellStart"/>
      <w:r w:rsidRPr="00A33D19">
        <w:rPr>
          <w:rFonts w:ascii="Century Gothic" w:hAnsi="Century Gothic"/>
          <w:b/>
          <w:color w:val="AA2828"/>
          <w:sz w:val="24"/>
          <w:szCs w:val="24"/>
        </w:rPr>
        <w:t>abgesagt</w:t>
      </w:r>
      <w:proofErr w:type="spellEnd"/>
      <w:r w:rsidRPr="00A33D19">
        <w:rPr>
          <w:rFonts w:ascii="Century Gothic" w:hAnsi="Century Gothic"/>
          <w:b/>
          <w:color w:val="AA2828"/>
          <w:sz w:val="24"/>
          <w:szCs w:val="24"/>
        </w:rPr>
        <w:t xml:space="preserve"> </w:t>
      </w:r>
      <w:proofErr w:type="spellStart"/>
      <w:r w:rsidRPr="00A33D19">
        <w:rPr>
          <w:rFonts w:ascii="Century Gothic" w:hAnsi="Century Gothic"/>
          <w:b/>
          <w:color w:val="AA2828"/>
          <w:sz w:val="24"/>
          <w:szCs w:val="24"/>
        </w:rPr>
        <w:t>werden</w:t>
      </w:r>
      <w:proofErr w:type="spellEnd"/>
      <w:r w:rsidRPr="00A33D19">
        <w:rPr>
          <w:rFonts w:ascii="Century Gothic" w:hAnsi="Century Gothic"/>
          <w:b/>
          <w:color w:val="AA2828"/>
          <w:sz w:val="24"/>
          <w:szCs w:val="24"/>
        </w:rPr>
        <w:t>. Wir informieren euch rechtzeitig.</w:t>
      </w:r>
    </w:p>
    <w:p w14:paraId="0DDDB1AC" w14:textId="77777777" w:rsidR="0080289A" w:rsidRPr="00A33D19" w:rsidRDefault="00A85515">
      <w:pPr>
        <w:jc w:val="center"/>
        <w:rPr>
          <w:rFonts w:ascii="Century Gothic" w:hAnsi="Century Gothic"/>
          <w:sz w:val="24"/>
          <w:szCs w:val="24"/>
        </w:rPr>
      </w:pPr>
      <w:r w:rsidRPr="00A33D19">
        <w:rPr>
          <w:rFonts w:ascii="Century Gothic" w:hAnsi="Century Gothic"/>
          <w:b/>
          <w:color w:val="168A45"/>
          <w:sz w:val="24"/>
          <w:szCs w:val="24"/>
        </w:rPr>
        <w:t xml:space="preserve">Wir freuen uns auf ein schönes, sportliches, faires und unfallfreies Eltern-Kind-Turnier! </w:t>
      </w:r>
      <w:r w:rsidRPr="00A33D19">
        <w:rPr>
          <w:rFonts w:ascii="Segoe UI Emoji" w:hAnsi="Segoe UI Emoji" w:cs="Segoe UI Emoji"/>
          <w:b/>
          <w:color w:val="168A45"/>
          <w:sz w:val="24"/>
          <w:szCs w:val="24"/>
        </w:rPr>
        <w:t>⚽</w:t>
      </w:r>
    </w:p>
    <w:p w14:paraId="0CF5DDF7" w14:textId="77777777" w:rsidR="0080289A" w:rsidRPr="00A33D19" w:rsidRDefault="00A85515">
      <w:pPr>
        <w:jc w:val="center"/>
        <w:rPr>
          <w:rFonts w:ascii="Century Gothic" w:hAnsi="Century Gothic"/>
          <w:sz w:val="24"/>
          <w:szCs w:val="24"/>
        </w:rPr>
      </w:pPr>
      <w:r w:rsidRPr="00A33D19">
        <w:rPr>
          <w:rFonts w:ascii="Century Gothic" w:hAnsi="Century Gothic"/>
          <w:b/>
          <w:sz w:val="24"/>
          <w:szCs w:val="24"/>
        </w:rPr>
        <w:t xml:space="preserve">Sektionsleiter Christoph Sailer &amp; </w:t>
      </w:r>
      <w:r w:rsidRPr="00A33D19">
        <w:rPr>
          <w:rFonts w:ascii="Century Gothic" w:hAnsi="Century Gothic"/>
          <w:b/>
          <w:sz w:val="24"/>
          <w:szCs w:val="24"/>
        </w:rPr>
        <w:t>Egon Kaufmann</w:t>
      </w:r>
    </w:p>
    <w:sectPr w:rsidR="0080289A" w:rsidRPr="00A33D19" w:rsidSect="00034616">
      <w:pgSz w:w="12240" w:h="15840"/>
      <w:pgMar w:top="425" w:right="454" w:bottom="369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0289A"/>
    <w:rsid w:val="00A33D19"/>
    <w:rsid w:val="00A8551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AC5E74"/>
  <w14:defaultImageDpi w14:val="300"/>
  <w15:docId w15:val="{3E544A0B-7B8E-4ABA-94A3-9F5915FE2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ptos" w:hAnsi="Aptos"/>
      <w:sz w:val="17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Kaufmann Egon</cp:lastModifiedBy>
  <cp:revision>3</cp:revision>
  <dcterms:created xsi:type="dcterms:W3CDTF">2026-09-30T07:25:00Z</dcterms:created>
  <dcterms:modified xsi:type="dcterms:W3CDTF">2026-09-30T07:25:00Z</dcterms:modified>
  <cp:category/>
</cp:coreProperties>
</file>